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0C2" w:rsidRDefault="00AF0E47">
      <w:pPr>
        <w:jc w:val="right"/>
      </w:pPr>
      <w:r>
        <w:rPr>
          <w:noProof/>
          <w:lang w:val="es-CL" w:eastAsia="es-CL"/>
        </w:rPr>
        <w:drawing>
          <wp:inline distT="0" distB="0" distL="0" distR="0" wp14:anchorId="0595D788" wp14:editId="607A1E6C">
            <wp:extent cx="9144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5A861-325F-4E62-89BE-C0E2DE93EE0F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C2" w:rsidRDefault="00AF0E47">
      <w:pPr>
        <w:pStyle w:val="Ttulo1"/>
      </w:pPr>
      <w:proofErr w:type="spellStart"/>
      <w:r>
        <w:t>Fundación</w:t>
      </w:r>
      <w:proofErr w:type="spellEnd"/>
      <w:r>
        <w:t xml:space="preserve"> Re-</w:t>
      </w:r>
      <w:proofErr w:type="spellStart"/>
      <w:r>
        <w:t>crea</w:t>
      </w:r>
      <w:proofErr w:type="spellEnd"/>
      <w:r>
        <w:t xml:space="preserve"> </w:t>
      </w:r>
      <w:proofErr w:type="spellStart"/>
      <w:r>
        <w:t>Sonrisas</w:t>
      </w:r>
      <w:proofErr w:type="spellEnd"/>
    </w:p>
    <w:p w:rsidR="00AF0E47" w:rsidRDefault="00AF0E47" w:rsidP="00AF0E47"/>
    <w:p w:rsidR="00AF0E47" w:rsidRPr="00AF0E47" w:rsidRDefault="00AF0E47" w:rsidP="00AF0E47">
      <w:r>
        <w:t>NO TIENE BALANCE  YA QUE ES UNA FUNDACION DE MENOS DE UN AÑO</w:t>
      </w:r>
      <w:bookmarkStart w:id="0" w:name="_GoBack"/>
      <w:bookmarkEnd w:id="0"/>
    </w:p>
    <w:p w:rsidR="004D20C2" w:rsidRDefault="004D20C2"/>
    <w:sectPr w:rsidR="004D20C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207D9"/>
    <w:rsid w:val="00034616"/>
    <w:rsid w:val="0006063C"/>
    <w:rsid w:val="0015074B"/>
    <w:rsid w:val="0029639D"/>
    <w:rsid w:val="00326F90"/>
    <w:rsid w:val="004D20C2"/>
    <w:rsid w:val="00AA1D8D"/>
    <w:rsid w:val="00AF0E47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2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2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624F6C-7C92-4EE7-9A58-4BB119DFF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INTEL CORE I5</cp:lastModifiedBy>
  <cp:revision>2</cp:revision>
  <dcterms:created xsi:type="dcterms:W3CDTF">2025-11-18T15:02:00Z</dcterms:created>
  <dcterms:modified xsi:type="dcterms:W3CDTF">2025-11-18T15:02:00Z</dcterms:modified>
</cp:coreProperties>
</file>